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000"/>
        <w:jc w:val="center"/>
      </w:pPr>
      <w:r>
        <w:rPr>
          <w:rFonts w:ascii="Malgun Gothic" w:hAnsi="Malgun Gothic" w:eastAsia="맑은 고딕"/>
          <w:b/>
          <w:sz w:val="40"/>
        </w:rPr>
        <w:t>데이터베이스</w:t>
      </w:r>
    </w:p>
    <w:p>
      <w:pPr>
        <w:spacing w:before="500"/>
        <w:jc w:val="center"/>
      </w:pPr>
      <w:r>
        <w:rPr>
          <w:rFonts w:ascii="Malgun Gothic" w:hAnsi="Malgun Gothic" w:eastAsia="맑은 고딕"/>
          <w:b/>
          <w:sz w:val="46"/>
        </w:rPr>
        <w:t>인공지능 시대에 데이터베이스의</w:t>
        <w:br/>
        <w:t>필요성 및 중요성</w:t>
      </w:r>
    </w:p>
    <w:p>
      <w:r>
        <w:br/>
      </w:r>
    </w:p>
    <w:p>
      <w:pPr>
        <w:jc w:val="center"/>
      </w:pPr>
      <w:r>
        <w:rPr>
          <w:b/>
          <w:sz w:val="24"/>
        </w:rPr>
        <w:t>과제 주제</w:t>
      </w:r>
    </w:p>
    <w:p>
      <w:pPr>
        <w:jc w:val="center"/>
      </w:pPr>
      <w:r>
        <w:t>인공지능 기반 4차 산업혁명 시대에 데이터베이스가 왜 필요한지,</w:t>
        <w:br/>
        <w:t>그리고 인공지능 활용에서 데이터베이스가 갖는 중요성을 설명한다.</w:t>
      </w:r>
    </w:p>
    <w:p>
      <w:r>
        <w:br/>
      </w:r>
    </w:p>
    <w:p>
      <w:pPr>
        <w:jc w:val="left"/>
      </w:pPr>
      <w:r>
        <w:rPr>
          <w:b/>
          <w:sz w:val="28"/>
        </w:rPr>
        <w:t>목차</w:t>
      </w:r>
    </w:p>
    <w:p>
      <w:pPr>
        <w:ind w:left="283"/>
      </w:pPr>
      <w:r>
        <w:t>Ⅰ. 서론</w:t>
      </w:r>
    </w:p>
    <w:p>
      <w:pPr>
        <w:ind w:left="283"/>
      </w:pPr>
      <w:r>
        <w:t>Ⅱ. 본론</w:t>
      </w:r>
    </w:p>
    <w:p>
      <w:pPr>
        <w:ind w:left="680"/>
      </w:pPr>
      <w:r>
        <w:t xml:space="preserve">  1. 인공지능 시대의 데이터와 데이터베이스</w:t>
      </w:r>
    </w:p>
    <w:p>
      <w:pPr>
        <w:ind w:left="680"/>
      </w:pPr>
      <w:r>
        <w:t xml:space="preserve">  2. 데이터베이스의 필요성</w:t>
      </w:r>
    </w:p>
    <w:p>
      <w:pPr>
        <w:ind w:left="680"/>
      </w:pPr>
      <w:r>
        <w:t xml:space="preserve">  3. 데이터베이스의 중요성</w:t>
      </w:r>
    </w:p>
    <w:p>
      <w:pPr>
        <w:ind w:left="680"/>
      </w:pPr>
      <w:r>
        <w:t xml:space="preserve">  4. 인공지능과 데이터베이스의 결합 사례</w:t>
      </w:r>
    </w:p>
    <w:p>
      <w:pPr>
        <w:ind w:left="680"/>
      </w:pPr>
      <w:r>
        <w:t xml:space="preserve">  5. 향후 데이터베이스 관리의 과제</w:t>
      </w:r>
    </w:p>
    <w:p>
      <w:pPr>
        <w:ind w:left="283"/>
      </w:pPr>
      <w:r>
        <w:t>Ⅲ. 결론</w:t>
      </w:r>
    </w:p>
    <w:p>
      <w:pPr>
        <w:ind w:left="283"/>
      </w:pPr>
      <w:r>
        <w:t>Ⅳ. 참고문헌</w:t>
      </w:r>
    </w:p>
    <w:p>
      <w:pPr>
        <w:spacing w:before="400"/>
      </w:pPr>
      <w:r>
        <w:t>제출일: ____________________</w:t>
        <w:br/>
        <w:t>제출자: ____________________</w:t>
      </w:r>
    </w:p>
    <w:p>
      <w:r>
        <w:br w:type="page"/>
      </w:r>
    </w:p>
    <w:p>
      <w:pPr>
        <w:pStyle w:val="Heading1"/>
        <w:spacing w:before="160"/>
      </w:pPr>
      <w:r>
        <w:t>Ⅰ. 서론</w:t>
      </w:r>
    </w:p>
    <w:p>
      <w:pPr>
        <w:ind w:firstLine="454"/>
        <w:jc w:val="both"/>
      </w:pPr>
      <w:r>
        <w:t>4차 산업혁명은 인공지능, 사물인터넷, 클라우드 컴퓨팅, 빅데이터 등 디지털 기술이 서로 결합하면서 산업과 일상생활의 의사결정 방식을 변화시키는 흐름으로 이해할 수 있다. 특히 인공지능은 과거처럼 사람이 미리 정한 규칙만 수행하는 수준을 넘어, 대량의 데이터를 학습하여 패턴을 발견하고 예측·분류·추천·생성 등의 기능을 수행한다. 따라서 인공지능의 성능을 논할 때 알고리즘이나 연산장치만 강조해서는 충분하지 않다. 인공지능이 실제로 활용되기 위해서는 신뢰할 수 있는 데이터를 지속적으로 저장하고, 필요한 순간에 정확하게 검색하며, 여러 시스템이 공동으로 사용할 수 있도록 관리하는 기반이 필요하기 때문이다.</w:t>
      </w:r>
    </w:p>
    <w:p>
      <w:pPr>
        <w:ind w:firstLine="454"/>
        <w:jc w:val="both"/>
      </w:pPr>
      <w:r>
        <w:t>이러한 기반의 핵심이 데이터베이스이다. 데이터베이스는 단순히 자료를 모아 두는 전자 창고가 아니라, 데이터의 구조와 관계를 정의하고 무결성·일관성·보안성을 유지하면서 필요한 정보를 효율적으로 제공하는 정보관리 체계이다. 기업의 고객정보, 생산설비의 센서값, 병원의 진료기록, 금융거래 내역, 온라인 서비스의 이용기록 등은 모두 인공지능의 학습과 판단에 활용될 수 있지만, 체계적인 데이터베이스 관리가 없다면 데이터가 중복되거나 서로 다른 형식으로 분산되어 활용 가치가 크게 낮아진다.</w:t>
      </w:r>
    </w:p>
    <w:p>
      <w:pPr>
        <w:ind w:firstLine="454"/>
        <w:jc w:val="both"/>
      </w:pPr>
      <w:r>
        <w:t>따라서 본 과제에서는 인공지능 시대에 데이터베이스가 필요한 이유를 데이터 축적, 품질관리, 실시간 처리, 통합과 공유, 보안 및 거버넌스의 관점에서 살펴보고, 데이터베이스가 인공지능 기반 산업의 경쟁력과 의사결정에 어떠한 의미를 갖는지 구체적인 사례를 통해 설명하고자 한다.</w:t>
      </w:r>
    </w:p>
    <w:p>
      <w:pPr>
        <w:pStyle w:val="Heading1"/>
        <w:spacing w:before="160"/>
      </w:pPr>
      <w:r>
        <w:t>Ⅱ. 본론</w:t>
      </w:r>
    </w:p>
    <w:p>
      <w:pPr>
        <w:pStyle w:val="Heading2"/>
        <w:spacing w:before="160"/>
      </w:pPr>
      <w:r>
        <w:t>1. 인공지능 시대의 데이터와 데이터베이스</w:t>
      </w:r>
    </w:p>
    <w:p>
      <w:pPr>
        <w:ind w:firstLine="454"/>
        <w:jc w:val="both"/>
      </w:pPr>
      <w:r>
        <w:t>인공지능은 데이터에서 규칙과 특징을 찾아내는 기술이라는 점에서 데이터의 양과 질에 큰 영향을 받는다. 예를 들어 온라인 쇼핑몰의 추천 시스템은 고객의 검색어, 클릭, 구매이력, 장바구니 정보, 상품평 등의 데이터를 분석하여 개인별로 다른 상품을 제안한다. 제조업의 예지보전 시스템은 설비의 온도, 진동, 전류, 고장기록 등을 분석해 고장 가능성을 미리 추정한다. 이처럼 인공지능의 입력자료는 매우 다양하며 시간에 따라 계속 증가한다.</w:t>
      </w:r>
    </w:p>
    <w:p>
      <w:pPr>
        <w:ind w:firstLine="454"/>
        <w:jc w:val="both"/>
      </w:pPr>
      <w:r>
        <w:t>데이터베이스는 이러한 데이터를 일정한 기준에 따라 저장하고 관리한다. 관계형 데이터베이스는 표 형태의 구조와 데이터 간 관계를 이용하여 거래·고객·재고처럼 정형화된 데이터를 안정적으로 관리하는 데 강점이 있다. 반면 인공지능 시대에는 문서, 이미지, 음성, 로그와 같은 비정형 데이터가 증가하면서 NoSQL 데이터베이스, 데이터 레이크, 벡터 데이터베이스 등 다양한 저장·검색 방식도 함께 활용되고 있다. 중요한 점은 기술의 종류보다 데이터의 특성과 이용 목적에 맞는 저장 구조를 선택하고, 여러 데이터가 서로 연결될 수 있도록 관리하는 것이다.</w:t>
      </w:r>
    </w:p>
    <w:p>
      <w:pPr>
        <w:pStyle w:val="Heading2"/>
        <w:spacing w:before="160"/>
      </w:pPr>
      <w:r>
        <w:t>2. 데이터베이스의 필요성</w:t>
      </w:r>
    </w:p>
    <w:p>
      <w:pPr>
        <w:ind w:firstLine="454"/>
        <w:jc w:val="both"/>
      </w:pPr>
      <w:r>
        <w:t>첫째, 인공지능 학습을 위한 지속적인 데이터 축적이 필요하다. 인공지능 모델은 충분한 사례를 학습할수록 일반적으로 더 다양한 상황을 인식할 가능성이 높아진다. 그러나 데이터가 개인의 PC, 부서별 파일, 서로 다른 업무시스템에 흩어져 있으면 학습용 데이터셋을 만들기 어렵다. 데이터베이스를 활용하면 장기간에 걸쳐 생성되는 데이터를 체계적으로 축적하고, 필요한 조건에 맞추어 추출할 수 있다. 이는 모델 개발뿐 아니라 학습 이후의 성능 점검과 재학습에도 중요하다.</w:t>
      </w:r>
    </w:p>
    <w:p>
      <w:pPr>
        <w:ind w:firstLine="454"/>
        <w:jc w:val="both"/>
      </w:pPr>
      <w:r>
        <w:t>둘째, 데이터의 정확성과 일관성을 확보하기 위해 필요하다. 같은 고객이 여러 시스템에 서로 다른 이름이나 주소로 등록되어 있거나, 상품코드가 부서마다 다르게 관리된다면 인공지능이 잘못된 관계를 학습할 수 있다. 데이터베이스 관리에서는 기본키, 참조무결성, 데이터 형식, 중복 방지 규칙 등을 적용하여 오류 가능성을 줄인다. 즉 데이터베이스는 인공지능에 데이터를 공급하는 통로인 동시에 데이터 품질을 유지하는 통제장치라고 할 수 있다.</w:t>
      </w:r>
    </w:p>
    <w:p>
      <w:pPr>
        <w:ind w:firstLine="454"/>
        <w:jc w:val="both"/>
      </w:pPr>
      <w:r>
        <w:t>셋째, 대규모 데이터를 빠르게 검색하고 처리하기 위해 필요하다. 인공지능 서비스는 학습 단계뿐 아니라 실제 서비스 단계에서도 데이터를 반복적으로 조회한다. 금융회사의 이상거래 탐지 시스템은 새로운 거래가 발생할 때 고객의 과거 거래패턴과 비교해야 하고, 온라인 플랫폼은 사용자의 현재 행동과 기존 선호정보를 바탕으로 즉시 추천 결과를 제시해야 한다. 데이터베이스의 인덱스, 질의 최적화, 분산처리, 캐시 등의 기술은 이러한 응답속도를 높이는 데 기여한다.</w:t>
      </w:r>
    </w:p>
    <w:p>
      <w:pPr>
        <w:ind w:firstLine="454"/>
        <w:jc w:val="both"/>
      </w:pPr>
      <w:r>
        <w:t>넷째, 조직 내 데이터 통합과 공유를 위해 필요하다. 4차 산업혁명 환경에서는 하나의 부서만 보유한 데이터보다 여러 업무영역의 데이터를 결합했을 때 더 높은 가치가 만들어지는 경우가 많다. 예를 들어 제조기업이 생산량만 분석하는 것보다 주문량, 원자재 재고, 설비상태, 물류정보를 함께 분석하면 수요예측과 생산계획을 더욱 정교하게 수립할 수 있다. 데이터베이스는 부서별 데이터의 연결 기준을 마련하고, 권한이 있는 사용자가 동일한 데이터를 공동 활용할 수 있도록 한다.</w:t>
      </w:r>
    </w:p>
    <w:p>
      <w:pPr>
        <w:pStyle w:val="Heading2"/>
        <w:spacing w:before="160"/>
      </w:pPr>
      <w:r>
        <w:t>3. 데이터베이스의 중요성</w:t>
      </w:r>
    </w:p>
    <w:p>
      <w:pPr>
        <w:ind w:firstLine="454"/>
        <w:jc w:val="both"/>
      </w:pPr>
      <w:r>
        <w:t>데이터베이스의 첫 번째 중요성은 인공지능의 신뢰성과 직결된다는 점이다. 인공지능은 입력 데이터에 포함된 오류와 편향의 영향을 받는다. 따라서 데이터의 출처, 생성시점, 변경이력, 품질 수준을 관리하지 않으면 결과의 신뢰성을 설명하기 어렵다. 데이터베이스와 데이터 거버넌스 체계를 함께 운영하면 어떤 데이터가 모델에 사용되었는지 추적하고, 오류가 발견되었을 때 수정 범위를 파악하기가 쉬워진다. 이는 기업이 인공지능의 결과를 업무 의사결정에 적용하기 위한 기본 조건이다.</w:t>
      </w:r>
    </w:p>
    <w:p>
      <w:pPr>
        <w:ind w:firstLine="454"/>
        <w:jc w:val="both"/>
      </w:pPr>
      <w:r>
        <w:t>두 번째 중요성은 데이터가 기업의 핵심 자산으로 변화하고 있다는 데 있다. 동일한 인공지능 알고리즘을 사용하더라도 기업이 축적한 데이터의 범위, 정확성, 최신성, 독창성에 따라 서비스의 경쟁력이 달라질 수 있다. 오랜 기간 축적한 고객 행동 데이터는 개인화 서비스에 활용될 수 있고, 제조현장의 설비 데이터는 품질개선과 고장예측에 활용될 수 있다. 이때 데이터베이스는 데이터를 재사용 가능한 조직 자산으로 보존하고 활용하는 기반이 된다.</w:t>
      </w:r>
    </w:p>
    <w:p>
      <w:pPr>
        <w:ind w:firstLine="454"/>
        <w:jc w:val="both"/>
      </w:pPr>
      <w:r>
        <w:t>세 번째 중요성은 보안과 개인정보 보호이다. 인공지능에 사용되는 데이터에는 개인정보, 거래정보, 기업의 영업정보처럼 민감한 내용이 포함될 수 있다. 데이터베이스 관리시스템은 사용자 인증, 접근권한 통제, 암호화, 감사기록, 백업과 복구 등의 기능을 통해 무단 접근과 데이터 유출 위험을 줄인다. 인공지능 활용이 확대될수록 '많은 데이터를 모으는 것'보다 '필요한 데이터를 적법하고 안전하게 관리하는 것'이 더욱 중요해진다.</w:t>
      </w:r>
    </w:p>
    <w:p>
      <w:pPr>
        <w:ind w:firstLine="454"/>
        <w:jc w:val="both"/>
      </w:pPr>
      <w:r>
        <w:t>네 번째 중요성은 데이터 기반 의사결정의 속도와 범위를 확대한다는 점이다. 경영자는 과거의 경험과 직관만으로 복잡한 시장변화를 판단하기 어렵다. 데이터베이스에 축적된 판매·고객·비용·재고 데이터를 인공지능 분석과 연결하면 수요예측, 고객이탈 가능성, 적정재고, 위험요인 등을 보다 빠르게 파악할 수 있다. 결국 데이터베이스는 인공지능을 단순한 실험기술이 아니라 실제 경영과 행정에 적용 가능한 시스템으로 전환시키는 역할을 한다.</w:t>
      </w:r>
    </w:p>
    <w:p>
      <w:pPr>
        <w:pStyle w:val="Heading2"/>
        <w:spacing w:before="160"/>
      </w:pPr>
      <w:r>
        <w:t>4. 인공지능과 데이터베이스의 결합 사례</w:t>
      </w:r>
    </w:p>
    <w:p>
      <w:pPr>
        <w:ind w:firstLine="454"/>
        <w:jc w:val="both"/>
      </w:pPr>
      <w:r>
        <w:t>대표적인 사례로 스마트 제조를 들 수 있다. 공장에서는 사물인터넷 센서를 통해 설비의 온도, 압력, 진동, 가동시간 등의 데이터가 지속적으로 생성된다. 이 데이터가 데이터베이스에 시간순으로 축적되면 인공지능은 정상상태와 고장 직전의 패턴을 비교하여 이상징후를 탐지할 수 있다. 기업은 고장이 발생한 뒤 수리하는 방식에서 벗어나 고장 가능성이 높은 시점을 예측하여 정비할 수 있으며, 생산중단에 따른 손실을 줄일 수 있다. 이 과정에서 센서 데이터가 누락되거나 시간정보가 정확하지 않으면 예측의 정확도가 떨어지므로 데이터베이스의 안정적인 수집과 품질관리가 필수적이다.</w:t>
      </w:r>
    </w:p>
    <w:p>
      <w:pPr>
        <w:ind w:firstLine="454"/>
        <w:jc w:val="both"/>
      </w:pPr>
      <w:r>
        <w:t>의료 분야에서도 데이터베이스의 역할은 크다. 환자의 진료기록, 검사결과, 처방이력, 영상자료 등을 체계적으로 관리하면 인공지능을 이용한 질환 위험예측이나 의료영상 분석에 활용할 수 있다. 다만 의료데이터는 매우 민감한 개인정보이므로 단순한 축적보다 접근권한과 비식별화, 이용목적 관리가 중요하다. 즉 의료 인공지능의 발전은 고성능 모델뿐 아니라 안전하고 신뢰할 수 있는 데이터 관리체계를 전제로 한다.</w:t>
      </w:r>
    </w:p>
    <w:p>
      <w:pPr>
        <w:ind w:firstLine="454"/>
        <w:jc w:val="both"/>
      </w:pPr>
      <w:r>
        <w:t>생성형 인공지능을 기업 내부 지식검색에 활용하는 경우에도 데이터베이스의 중요성이 나타난다. 기업의 규정, 매뉴얼, 보고서, 상담기록 등 방대한 문서를 검색 가능한 형태로 구축하고, 문서의 의미를 수치화한 벡터 정보를 데이터베이스에 저장하면 사용자의 질문과 관련성이 높은 자료를 찾아 생성형 인공지능에 제공할 수 있다. 이와 같은 검색증강생성 방식에서는 최신 문서가 반영되어 있는지, 폐기된 규정이 검색되지 않는지, 사용자가 열람 권한이 없는 문서가 노출되지 않는지가 결과의 품질과 보안에 직접 영향을 준다.</w:t>
      </w:r>
    </w:p>
    <w:p>
      <w:pPr>
        <w:pStyle w:val="Heading2"/>
        <w:spacing w:before="160"/>
      </w:pPr>
      <w:r>
        <w:t>5. 향후 데이터베이스 관리의 과제</w:t>
      </w:r>
    </w:p>
    <w:p>
      <w:pPr>
        <w:ind w:firstLine="454"/>
        <w:jc w:val="both"/>
      </w:pPr>
      <w:r>
        <w:t>앞으로는 데이터의 규모가 커지는 것만큼 데이터의 다양성과 생성속도가 증가할 것으로 예상된다. 따라서 조직은 모든 데이터를 하나의 방식으로 저장하려 하기보다 업무 목적에 따라 관계형 데이터베이스, 분산형 저장소, 데이터 레이크, 벡터 데이터베이스 등을 적절히 결합할 필요가 있다. 동시에 여러 저장소에 분산된 데이터의 정의와 기준이 달라지지 않도록 메타데이터와 표준을 관리해야 한다.</w:t>
      </w:r>
    </w:p>
    <w:p>
      <w:pPr>
        <w:ind w:firstLine="454"/>
        <w:jc w:val="both"/>
      </w:pPr>
      <w:r>
        <w:t>또한 데이터 품질과 윤리적 관리가 중요하다. 데이터가 많더라도 오래되었거나 편향되어 있거나 출처가 불분명하면 인공지능의 결과 역시 왜곡될 수 있다. 데이터 수집 단계에서부터 정확성, 최신성, 대표성을 점검하고 개인정보 보호와 이용 동의 등 법적·윤리적 요건을 함께 고려해야 한다. 데이터베이스 관리자는 단순히 시스템을 운영하는 역할을 넘어 데이터의 생애주기와 활용 책임을 관리하는 역할까지 수행하게 될 것이다.</w:t>
      </w:r>
    </w:p>
    <w:p>
      <w:pPr>
        <w:ind w:firstLine="454"/>
        <w:jc w:val="both"/>
      </w:pPr>
      <w:r>
        <w:t>마지막으로 백업과 재해복구, 접근통제 등 안정성 확보가 요구된다. 인공지능 기반 업무가 데이터베이스와 실시간으로 연결될수록 데이터베이스 장애는 서비스 전체의 중단으로 이어질 가능성이 높다. 따라서 이중화, 정기 백업, 복구훈련, 권한 최소화, 감사로그 관리 등을 통해 장애와 침해사고에 대비해야 한다. 이는 데이터베이스를 기술적 인프라가 아니라 조직의 지속가능성을 좌우하는 핵심 기반으로 바라봐야 함을 의미한다.</w:t>
      </w:r>
    </w:p>
    <w:p>
      <w:pPr>
        <w:pStyle w:val="Heading1"/>
        <w:spacing w:before="160"/>
      </w:pPr>
      <w:r>
        <w:t>Ⅲ. 결론</w:t>
      </w:r>
    </w:p>
    <w:p>
      <w:pPr>
        <w:ind w:firstLine="454"/>
        <w:jc w:val="both"/>
      </w:pPr>
      <w:r>
        <w:t>인공지능 기반 4차 산업혁명 시대에서 데이터베이스는 인공지능이 사용할 데이터를 저장하는 단순한 보조수단이 아니라 인공지능의 성능과 신뢰성, 서비스의 지속가능성을 결정하는 핵심 인프라이다. 데이터베이스가 필요한 이유는 대규모 데이터를 지속적으로 축적하고, 정확성과 일관성을 유지하며, 빠르게 검색·처리하고, 조직 내부의 여러 데이터를 통합하여 활용하기 위해서이다. 또한 보안과 개인정보 보호, 데이터 변경이력의 추적, 백업과 복구와 같은 관리기능은 인공지능을 실제 산업현장에 안전하게 적용하기 위해 필수적이다.</w:t>
      </w:r>
    </w:p>
    <w:p>
      <w:pPr>
        <w:ind w:firstLine="454"/>
        <w:jc w:val="both"/>
      </w:pPr>
      <w:r>
        <w:t>특히 인공지능 기술이 보편화될수록 알고리즘 자체의 차이뿐 아니라 어떤 데이터를 얼마나 신뢰할 수 있는 형태로 보유하고 있는지가 경쟁력을 좌우할 가능성이 높다. 스마트 제조의 예지보전, 의료 인공지능, 개인화 추천, 생성형 인공지능 기반 지식검색은 모두 데이터베이스가 안정적으로 구축되어야 효과를 발휘할 수 있다. 따라서 기업과 기관은 인공지능 도입과 데이터베이스 구축을 별개의 과제로 보기보다 데이터 수집·저장·품질관리·보안·활용을 하나의 연속된 체계로 설계해야 한다.</w:t>
      </w:r>
    </w:p>
    <w:p>
      <w:pPr>
        <w:ind w:firstLine="454"/>
        <w:jc w:val="both"/>
      </w:pPr>
      <w:r>
        <w:t>결론적으로 인공지능 시대의 핵심 자원은 데이터이며, 데이터베이스는 그 자원을 신뢰할 수 있는 정보와 지식으로 전환하는 출발점이라고 볼 수 있다. 앞으로 데이터베이스의 역할은 저장 중심에서 실시간 분석 지원, 비정형 데이터 검색, 데이터 거버넌스와 인공지능 연계까지 더욱 확대될 것이다. 그러므로 인공지능 활용 역량을 높이기 위해서는 모델 개발 능력과 함께 체계적인 데이터베이스 설계와 관리 역량을 갖추는 것이 중요하다.</w:t>
      </w:r>
    </w:p>
    <w:p>
      <w:pPr>
        <w:pStyle w:val="Heading1"/>
        <w:spacing w:before="160"/>
      </w:pPr>
      <w:r>
        <w:t>Ⅳ. 참고문헌</w:t>
      </w:r>
    </w:p>
    <w:p>
      <w:pPr>
        <w:ind w:left="283" w:hanging="283"/>
      </w:pPr>
      <w:r>
        <w:t>Elmasri, R., &amp; Navathe, S. B. (2016). Fundamentals of Database Systems (7th ed.). Pearson.</w:t>
      </w:r>
    </w:p>
    <w:p>
      <w:pPr>
        <w:ind w:left="283" w:hanging="283"/>
      </w:pPr>
      <w:r>
        <w:t>Silberschatz, A., Korth, H. F., &amp; Sudarshan, S. (2019). Database System Concepts (7th ed.). McGraw-Hill.</w:t>
      </w:r>
    </w:p>
    <w:p>
      <w:pPr>
        <w:ind w:left="283" w:hanging="283"/>
      </w:pPr>
      <w:r>
        <w:t>Russell, S., &amp; Norvig, P. (2021). Artificial Intelligence: A Modern Approach (4th ed.). Pearson.</w:t>
      </w:r>
    </w:p>
    <w:p>
      <w:pPr>
        <w:ind w:left="283" w:hanging="283"/>
      </w:pPr>
      <w:r>
        <w:t>Kleppmann, M. (2017). Designing Data-Intensive Applications. O’Reilly Media.</w:t>
      </w:r>
    </w:p>
    <w:p>
      <w:pPr>
        <w:ind w:left="283" w:hanging="283"/>
      </w:pPr>
      <w:r>
        <w:t>한국데이터산업진흥원. (2024). 데이터산업 백서. 한국데이터산업진흥원.</w:t>
      </w:r>
    </w:p>
    <w:p>
      <w:r>
        <w:br w:type="page"/>
      </w:r>
    </w:p>
    <w:p>
      <w:pPr>
        <w:pStyle w:val="Heading1"/>
        <w:spacing w:before="160"/>
      </w:pPr>
      <w:r>
        <w:t>주의사항 및 안내</w:t>
      </w:r>
    </w:p>
    <w:p>
      <w:r>
        <w:rPr>
          <w:b/>
          <w:sz w:val="26"/>
        </w:rPr>
        <w:t>주의사항</w:t>
      </w:r>
    </w:p>
    <w:p>
      <w:pPr>
        <w:ind w:firstLine="454"/>
        <w:jc w:val="both"/>
      </w:pPr>
      <w: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r>
        <w:rPr>
          <w:b/>
          <w:sz w:val="26"/>
        </w:rPr>
        <w:t>과제 수정이 어려우신가요?</w:t>
      </w:r>
    </w:p>
    <w:p>
      <w:pPr>
        <w:ind w:firstLine="454"/>
        <w:jc w:val="both"/>
      </w:pPr>
      <w:r>
        <w:t>국민원격교육관리센터에서 1:1 과제 수정 도움을 드립니다.</w:t>
        <w:br/>
        <w:t>아래 연락처로 문의해 주세요.</w:t>
      </w:r>
    </w:p>
    <w:p>
      <w:pPr>
        <w:ind w:left="454"/>
      </w:pPr>
      <w:r>
        <w:t>전화: 050-7878-7044</w:t>
      </w:r>
    </w:p>
    <w:p>
      <w:pPr>
        <w:ind w:left="454"/>
      </w:pPr>
      <w:r>
        <w:t>카카오톡: @국민원격교육관리센터</w:t>
      </w:r>
    </w:p>
    <w:p>
      <w:pPr>
        <w:ind w:left="454"/>
      </w:pPr>
      <w:r>
        <w:t>운영시간: 평일 10:00–19:00</w:t>
      </w:r>
    </w:p>
    <w:p>
      <w:pPr>
        <w:ind w:left="454"/>
      </w:pPr>
      <w:r>
        <w:t>웹사이트: korealms.co.kr</w:t>
      </w:r>
    </w:p>
    <w:sectPr w:rsidR="00FC693F" w:rsidRPr="0006063C" w:rsidSect="00034616">
      <w:footerReference w:type="default" r:id="rId9"/>
      <w:pgSz w:w="12240" w:h="15840"/>
      <w:pgMar w:top="1247" w:right="1417"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after="140"/>
    </w:pPr>
    <w:rPr>
      <w:rFonts w:ascii="Malgun Gothic" w:hAnsi="Malgun Gothic"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맑은 고딕"/>
      <w:b/>
      <w:bCs/>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맑은 고딕"/>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Malgun Gothic" w:hAnsi="Malgun Gothic" w:eastAsia="맑은 고딕"/>
      <w:b/>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